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7DEA56" w14:textId="77777777" w:rsidR="00942414" w:rsidRPr="00B25040" w:rsidRDefault="00000000">
      <w:pPr>
        <w:spacing w:after="600"/>
        <w:jc w:val="right"/>
        <w:rPr>
          <w:i/>
          <w:iCs/>
        </w:rPr>
      </w:pPr>
      <w:r w:rsidRPr="00B25040">
        <w:rPr>
          <w:i/>
          <w:iCs/>
        </w:rPr>
        <w:t>Додаток 1</w:t>
      </w:r>
    </w:p>
    <w:p w14:paraId="2D93AF33" w14:textId="77777777" w:rsidR="00942414" w:rsidRDefault="00000000">
      <w:pPr>
        <w:spacing w:line="348" w:lineRule="auto"/>
        <w:ind w:left="5301"/>
      </w:pPr>
      <w:r>
        <w:t>Головному управлінню</w:t>
      </w:r>
      <w:r>
        <w:br/>
        <w:t>Національної поліції</w:t>
      </w:r>
      <w:r>
        <w:br/>
        <w:t>в __________________ області</w:t>
      </w:r>
    </w:p>
    <w:p w14:paraId="15B4F5B9" w14:textId="5139DD07" w:rsidR="00942414" w:rsidRDefault="00000000">
      <w:pPr>
        <w:spacing w:before="1180" w:after="240"/>
        <w:jc w:val="center"/>
      </w:pPr>
      <w:r>
        <w:rPr>
          <w:b/>
        </w:rPr>
        <w:t>ЗАЯВА</w:t>
      </w:r>
    </w:p>
    <w:p w14:paraId="5A43648A" w14:textId="344F8819" w:rsidR="00942414" w:rsidRDefault="00000000">
      <w:pPr>
        <w:spacing w:after="140"/>
        <w:ind w:firstLine="567"/>
      </w:pPr>
      <w:proofErr w:type="spellStart"/>
      <w:r>
        <w:t>Прошу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провести</w:t>
      </w:r>
      <w:proofErr w:type="spellEnd"/>
      <w:r>
        <w:t xml:space="preserve"> </w:t>
      </w:r>
      <w:proofErr w:type="spellStart"/>
      <w:r>
        <w:t>профілактичний</w:t>
      </w:r>
      <w:proofErr w:type="spellEnd"/>
      <w:r>
        <w:t xml:space="preserve"> </w:t>
      </w:r>
      <w:proofErr w:type="spellStart"/>
      <w:r>
        <w:t>захід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застосуванням</w:t>
      </w:r>
      <w:proofErr w:type="spellEnd"/>
      <w:r>
        <w:t xml:space="preserve"> </w:t>
      </w:r>
      <w:proofErr w:type="spellStart"/>
      <w:r>
        <w:t>мобільного</w:t>
      </w:r>
      <w:proofErr w:type="spellEnd"/>
      <w:r>
        <w:t xml:space="preserve"> (</w:t>
      </w:r>
      <w:proofErr w:type="spellStart"/>
      <w:r>
        <w:t>пересувного</w:t>
      </w:r>
      <w:proofErr w:type="spellEnd"/>
      <w:r>
        <w:t xml:space="preserve">) </w:t>
      </w:r>
      <w:proofErr w:type="spellStart"/>
      <w:r>
        <w:t>класу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в </w:t>
      </w:r>
      <w:proofErr w:type="spellStart"/>
      <w:r>
        <w:t>закладі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__________________________</w:t>
      </w:r>
      <w:r w:rsidR="00B25040">
        <w:rPr>
          <w:lang w:val="uk-UA"/>
        </w:rPr>
        <w:t xml:space="preserve">_________________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адресою</w:t>
      </w:r>
      <w:proofErr w:type="spellEnd"/>
      <w:r>
        <w:t xml:space="preserve"> __________________________</w:t>
      </w:r>
      <w:r w:rsidR="00B25040">
        <w:rPr>
          <w:lang w:val="uk-UA"/>
        </w:rPr>
        <w:t>_____________</w:t>
      </w:r>
      <w:r>
        <w:t>. Дата та час проведення __________________ (за узгодженням). Класи, які будуть залучені до заходу ________, кількість дітей ________.</w:t>
      </w:r>
    </w:p>
    <w:p w14:paraId="4737EE49" w14:textId="77777777" w:rsidR="00B25040" w:rsidRDefault="00000000" w:rsidP="00B25040">
      <w:pPr>
        <w:tabs>
          <w:tab w:val="right" w:leader="underscore" w:pos="9525"/>
        </w:tabs>
        <w:spacing w:before="200" w:after="140"/>
        <w:ind w:firstLine="630"/>
        <w:rPr>
          <w:lang w:val="uk-UA"/>
        </w:rPr>
      </w:pPr>
      <w:r>
        <w:t xml:space="preserve">Участь дітей з особливими освітніми потребами (ООП) у заході: так / ні (потрібне підкреслити). У разі їхньої участі кількість таких дітей ________. </w:t>
      </w:r>
    </w:p>
    <w:p w14:paraId="3A6544C1" w14:textId="6C7B09E8" w:rsidR="00B25040" w:rsidRDefault="00000000" w:rsidP="00B25040">
      <w:pPr>
        <w:tabs>
          <w:tab w:val="right" w:leader="underscore" w:pos="9525"/>
        </w:tabs>
        <w:spacing w:before="200" w:after="140"/>
        <w:ind w:firstLine="630"/>
      </w:pPr>
      <w:proofErr w:type="spellStart"/>
      <w:r>
        <w:t>Особливості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необхідно</w:t>
      </w:r>
      <w:proofErr w:type="spellEnd"/>
      <w:r>
        <w:t xml:space="preserve"> </w:t>
      </w:r>
      <w:proofErr w:type="spellStart"/>
      <w:r>
        <w:t>врахувати</w:t>
      </w:r>
      <w:proofErr w:type="spellEnd"/>
      <w:r>
        <w:t xml:space="preserve"> під час </w:t>
      </w:r>
      <w:proofErr w:type="spellStart"/>
      <w:r>
        <w:t>підготовки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заходу</w:t>
      </w:r>
      <w:proofErr w:type="spellEnd"/>
      <w:r>
        <w:t>:</w:t>
      </w:r>
      <w:r w:rsidR="00B25040">
        <w:rPr>
          <w:lang w:val="uk-UA"/>
        </w:rPr>
        <w:br/>
      </w:r>
      <w:r w:rsidR="00B25040">
        <w:tab/>
      </w:r>
    </w:p>
    <w:p w14:paraId="2FC2679E" w14:textId="77777777" w:rsidR="00942414" w:rsidRDefault="00000000">
      <w:pPr>
        <w:tabs>
          <w:tab w:val="right" w:leader="underscore" w:pos="9525"/>
        </w:tabs>
        <w:spacing w:before="200"/>
        <w:rPr>
          <w:lang w:val="uk-UA"/>
        </w:rPr>
      </w:pPr>
      <w:r>
        <w:tab/>
      </w:r>
    </w:p>
    <w:p w14:paraId="29D38411" w14:textId="2F59964A" w:rsidR="00B25040" w:rsidRPr="00B25040" w:rsidRDefault="00B25040">
      <w:pPr>
        <w:tabs>
          <w:tab w:val="right" w:leader="underscore" w:pos="9525"/>
        </w:tabs>
        <w:spacing w:before="200"/>
        <w:rPr>
          <w:lang w:val="uk-UA"/>
        </w:rPr>
      </w:pPr>
      <w:r>
        <w:tab/>
      </w:r>
    </w:p>
    <w:p w14:paraId="308FE30A" w14:textId="77777777" w:rsidR="00B25040" w:rsidRDefault="00B25040">
      <w:pPr>
        <w:spacing w:after="140"/>
        <w:ind w:firstLine="567"/>
        <w:rPr>
          <w:sz w:val="18"/>
          <w:lang w:val="uk-UA"/>
        </w:rPr>
      </w:pPr>
    </w:p>
    <w:p w14:paraId="6D8B216E" w14:textId="36B3F377" w:rsidR="00942414" w:rsidRDefault="00000000">
      <w:pPr>
        <w:spacing w:after="140"/>
        <w:ind w:firstLine="567"/>
      </w:pPr>
      <w:proofErr w:type="spellStart"/>
      <w:r>
        <w:t>Зобов’язуюся</w:t>
      </w:r>
      <w:proofErr w:type="spellEnd"/>
      <w:r>
        <w:t xml:space="preserve"> </w:t>
      </w:r>
      <w:proofErr w:type="spellStart"/>
      <w:r>
        <w:t>забезпечити</w:t>
      </w:r>
      <w:proofErr w:type="spellEnd"/>
      <w:r>
        <w:t xml:space="preserve"> </w:t>
      </w:r>
      <w:proofErr w:type="spellStart"/>
      <w:r>
        <w:t>присутність</w:t>
      </w:r>
      <w:proofErr w:type="spellEnd"/>
      <w:r>
        <w:t xml:space="preserve"> </w:t>
      </w:r>
      <w:proofErr w:type="spellStart"/>
      <w:r>
        <w:t>відповідального</w:t>
      </w:r>
      <w:proofErr w:type="spellEnd"/>
      <w:r>
        <w:t xml:space="preserve"> </w:t>
      </w:r>
      <w:proofErr w:type="spellStart"/>
      <w:r>
        <w:t>представника</w:t>
      </w:r>
      <w:proofErr w:type="spellEnd"/>
      <w:r>
        <w:t xml:space="preserve"> закладу освіти для супроводу дітей протягом усього заходу. У разі участі дітей з ООП зобов’язуюся забезпечити присутність асистента вчителя або асистента дитини відповідно до потреб кожної дитини, а також завчасно поінформувати фахівців поліції про особливості, які необхідно врахувати під час заходу, та за потреби обговорити їх.</w:t>
      </w:r>
    </w:p>
    <w:p w14:paraId="0D8E5B7F" w14:textId="28502803" w:rsidR="00942414" w:rsidRDefault="00000000" w:rsidP="00B25040">
      <w:pPr>
        <w:ind w:right="-105" w:firstLine="567"/>
      </w:pPr>
      <w:proofErr w:type="spellStart"/>
      <w:r>
        <w:t>Відповідальний</w:t>
      </w:r>
      <w:proofErr w:type="spellEnd"/>
      <w:r>
        <w:t xml:space="preserve"> </w:t>
      </w:r>
      <w:proofErr w:type="spellStart"/>
      <w:r>
        <w:t>представник</w:t>
      </w:r>
      <w:proofErr w:type="spellEnd"/>
      <w:r>
        <w:t xml:space="preserve"> </w:t>
      </w:r>
      <w:proofErr w:type="spellStart"/>
      <w:r>
        <w:t>закладу</w:t>
      </w:r>
      <w:proofErr w:type="spellEnd"/>
      <w:r>
        <w:t xml:space="preserve"> </w:t>
      </w:r>
      <w:proofErr w:type="spellStart"/>
      <w:r>
        <w:t>освіти</w:t>
      </w:r>
      <w:proofErr w:type="spellEnd"/>
      <w:r w:rsidR="00B25040">
        <w:rPr>
          <w:lang w:val="uk-UA"/>
        </w:rPr>
        <w:t>:</w:t>
      </w:r>
      <w:r>
        <w:t xml:space="preserve"> (ПІБ, посада) ________________________, контактний телефон ________________________.</w:t>
      </w:r>
    </w:p>
    <w:p w14:paraId="2958C538" w14:textId="69EB2395" w:rsidR="00942414" w:rsidRPr="00B25040" w:rsidRDefault="00000000">
      <w:pPr>
        <w:tabs>
          <w:tab w:val="left" w:pos="5102"/>
          <w:tab w:val="left" w:pos="7257"/>
        </w:tabs>
        <w:spacing w:before="1200"/>
        <w:rPr>
          <w:lang w:val="uk-UA"/>
        </w:rPr>
      </w:pPr>
      <w:proofErr w:type="spellStart"/>
      <w:r>
        <w:t>Директор</w:t>
      </w:r>
      <w:proofErr w:type="spellEnd"/>
      <w:r>
        <w:t xml:space="preserve"> </w:t>
      </w:r>
      <w:proofErr w:type="spellStart"/>
      <w:r>
        <w:t>закладу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ab/>
        <w:t>_____</w:t>
      </w:r>
      <w:r w:rsidR="00B25040">
        <w:rPr>
          <w:lang w:val="uk-UA"/>
        </w:rPr>
        <w:t>__</w:t>
      </w:r>
      <w:r>
        <w:t>_________</w:t>
      </w:r>
      <w:r>
        <w:tab/>
        <w:t>_______________</w:t>
      </w:r>
      <w:r w:rsidR="00B25040">
        <w:rPr>
          <w:lang w:val="uk-UA"/>
        </w:rPr>
        <w:t>___</w:t>
      </w:r>
    </w:p>
    <w:p w14:paraId="4D92C405" w14:textId="4E8F5C26" w:rsidR="00942414" w:rsidRDefault="00B25040">
      <w:pPr>
        <w:ind w:left="5386"/>
      </w:pPr>
      <w:r>
        <w:rPr>
          <w:lang w:val="uk-UA"/>
        </w:rPr>
        <w:t xml:space="preserve">    </w:t>
      </w:r>
      <w:r w:rsidR="00000000">
        <w:t>(</w:t>
      </w:r>
      <w:r>
        <w:rPr>
          <w:lang w:val="uk-UA"/>
        </w:rPr>
        <w:t>П</w:t>
      </w:r>
      <w:proofErr w:type="spellStart"/>
      <w:r w:rsidR="00000000">
        <w:t>ідпис</w:t>
      </w:r>
      <w:proofErr w:type="spellEnd"/>
      <w:r w:rsidR="00000000">
        <w:t xml:space="preserve">)                   </w:t>
      </w:r>
      <w:r>
        <w:rPr>
          <w:lang w:val="uk-UA"/>
        </w:rPr>
        <w:t xml:space="preserve">    </w:t>
      </w:r>
      <w:r w:rsidR="00000000">
        <w:t xml:space="preserve"> </w:t>
      </w:r>
      <w:r>
        <w:rPr>
          <w:lang w:val="uk-UA"/>
        </w:rPr>
        <w:t xml:space="preserve">  </w:t>
      </w:r>
      <w:r w:rsidR="00000000">
        <w:t xml:space="preserve"> (ПІБ)</w:t>
      </w:r>
    </w:p>
    <w:sectPr w:rsidR="00942414" w:rsidSect="00034616">
      <w:pgSz w:w="11906" w:h="16838"/>
      <w:pgMar w:top="822" w:right="935" w:bottom="1134" w:left="14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025419">
    <w:abstractNumId w:val="8"/>
  </w:num>
  <w:num w:numId="2" w16cid:durableId="891578662">
    <w:abstractNumId w:val="6"/>
  </w:num>
  <w:num w:numId="3" w16cid:durableId="340278378">
    <w:abstractNumId w:val="5"/>
  </w:num>
  <w:num w:numId="4" w16cid:durableId="1602568985">
    <w:abstractNumId w:val="4"/>
  </w:num>
  <w:num w:numId="5" w16cid:durableId="1951739235">
    <w:abstractNumId w:val="7"/>
  </w:num>
  <w:num w:numId="6" w16cid:durableId="11760676">
    <w:abstractNumId w:val="3"/>
  </w:num>
  <w:num w:numId="7" w16cid:durableId="918751511">
    <w:abstractNumId w:val="2"/>
  </w:num>
  <w:num w:numId="8" w16cid:durableId="685447209">
    <w:abstractNumId w:val="1"/>
  </w:num>
  <w:num w:numId="9" w16cid:durableId="20029298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2414"/>
    <w:rsid w:val="00AA1D8D"/>
    <w:rsid w:val="00B25040"/>
    <w:rsid w:val="00B47730"/>
    <w:rsid w:val="00C04C6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1D06B6"/>
  <w14:defaultImageDpi w14:val="300"/>
  <w15:docId w15:val="{7E172128-3B2D-2740-B64A-D6B15902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Nina Bondar</cp:lastModifiedBy>
  <cp:revision>2</cp:revision>
  <dcterms:created xsi:type="dcterms:W3CDTF">2013-12-23T23:15:00Z</dcterms:created>
  <dcterms:modified xsi:type="dcterms:W3CDTF">2026-10-30T11:28:00Z</dcterms:modified>
  <cp:category/>
</cp:coreProperties>
</file>